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t>Woźniki, dnia ...................... r.</w:t>
      </w:r>
    </w:p>
    <w:p>
      <w:pPr>
        <w:spacing w:after="0"/>
        <w:jc w:val="left"/>
      </w:pPr>
      <w:r>
        <w:t>......................................................</w:t>
      </w:r>
    </w:p>
    <w:p>
      <w:pPr>
        <w:spacing w:after="120"/>
        <w:jc w:val="left"/>
      </w:pPr>
      <w:r>
        <w:rPr>
          <w:sz w:val="16"/>
        </w:rPr>
        <w:t>imię i nazwisko działkowca</w:t>
      </w:r>
    </w:p>
    <w:p>
      <w:pPr>
        <w:spacing w:after="0"/>
        <w:jc w:val="left"/>
      </w:pPr>
      <w:r>
        <w:t>......................................................</w:t>
      </w:r>
    </w:p>
    <w:p>
      <w:pPr>
        <w:spacing w:after="120"/>
        <w:jc w:val="left"/>
      </w:pPr>
      <w:r>
        <w:rPr>
          <w:sz w:val="16"/>
        </w:rPr>
        <w:t>adres do korespondencji</w:t>
      </w:r>
    </w:p>
    <w:p>
      <w:pPr>
        <w:spacing w:after="0"/>
        <w:jc w:val="left"/>
      </w:pPr>
      <w:r>
        <w:t>......................................................</w:t>
      </w:r>
    </w:p>
    <w:p>
      <w:pPr>
        <w:spacing w:after="120"/>
        <w:jc w:val="left"/>
      </w:pPr>
      <w:r>
        <w:rPr>
          <w:sz w:val="16"/>
        </w:rPr>
        <w:t>telefon / e-mail</w:t>
      </w:r>
    </w:p>
    <w:p>
      <w:pPr>
        <w:spacing w:after="0"/>
        <w:jc w:val="left"/>
      </w:pPr>
      <w:r>
        <w:t>działka nr ............</w:t>
      </w:r>
    </w:p>
    <w:p/>
    <w:p>
      <w:pPr>
        <w:spacing w:after="0"/>
        <w:jc w:val="right"/>
      </w:pPr>
      <w:r>
        <w:rPr>
          <w:b/>
        </w:rPr>
        <w:t>ZARZĄD RODZINNEGO OGRODU DZIAŁKOWEGO</w:t>
      </w:r>
    </w:p>
    <w:p>
      <w:pPr>
        <w:spacing w:after="0"/>
        <w:jc w:val="right"/>
      </w:pPr>
      <w:r>
        <w:rPr>
          <w:b/>
        </w:rPr>
        <w:t>im. Józefa Lompy w Woźnikach</w:t>
      </w:r>
    </w:p>
    <w:p>
      <w:pPr>
        <w:spacing w:after="0"/>
        <w:jc w:val="right"/>
      </w:pPr>
      <w:r>
        <w:rPr>
          <w:b/>
        </w:rPr>
        <w:t>ul. Młyńska 40c, 42-289 Woźniki</w:t>
      </w:r>
    </w:p>
    <w:p/>
    <w:p>
      <w:pPr>
        <w:jc w:val="center"/>
      </w:pPr>
      <w:r>
        <w:rPr>
          <w:b/>
          <w:sz w:val="26"/>
        </w:rPr>
        <w:t>ZGŁOSZENIE BUDOWY LUB MONTAŻU BEZODPŁYWOWEGO ZBIORNIKA NA NIECZYSTOŚCI CIEKŁE</w:t>
      </w:r>
    </w:p>
    <w:p>
      <w:r>
        <w:rPr>
          <w:i/>
          <w:sz w:val="18"/>
        </w:rPr>
        <w:t>Podstawa: § 41 pkt 7 i § 43 Regulaminu Rodzinnego Ogrodu Działkowego.</w:t>
      </w:r>
    </w:p>
    <w:p>
      <w:r>
        <w:t>Zawiadamiam Zarząd ROD o zamiarze (właściwe podkreślić): budowy / montażu bezodpływowego, szczelnego zbiornika na nieczystości ciekłe na działce nr ……… .</w:t>
      </w:r>
    </w:p>
    <w:p>
      <w:r>
        <w:t>Zbiornik: gotowy z tworzywa / betonowy / inny ……………………, pojemność ……… m³, usytuowanie: ……………………………………… (odległość od granic działki ……… m).</w:t>
      </w:r>
    </w:p>
    <w:p>
      <w:r>
        <w:t>Planowany termin wykonania: …………………… .</w:t>
      </w:r>
    </w:p>
    <w:p>
      <w:r>
        <w:rPr>
          <w:b/>
        </w:rPr>
        <w:t>Oświadczam, że:</w:t>
      </w:r>
    </w:p>
    <w:p>
      <w:pPr>
        <w:pStyle w:val="ListNumber"/>
      </w:pPr>
      <w:r>
        <w:t>zbiornik będzie szczelny i bezodpływowy, opróżniany przez uprawniony podmiot na mój koszt, a za jego stan i eksploatację odpowiadam osobiście (§ 43 Regulaminu ROD);</w:t>
      </w:r>
    </w:p>
    <w:p>
      <w:pPr>
        <w:pStyle w:val="ListNumber"/>
      </w:pPr>
      <w:r>
        <w:t>zapoznałem(-am) się z § 43 Regulaminu ROD oraz przepisami o utrzymaniu czystości i porządku;</w:t>
      </w:r>
    </w:p>
    <w:p>
      <w:pPr>
        <w:pStyle w:val="ListNumber"/>
      </w:pPr>
      <w:r>
        <w:t>poinformuję Zarząd ROD o zakończeniu prac i umożliwię sprawdzenie zgodności ze zgłoszeniem.</w:t>
      </w:r>
    </w:p>
    <w:p>
      <w:r>
        <w:t>Załącznik: szkic usytuowania zbiornika na działce.</w:t>
      </w:r>
    </w:p>
    <w:p/>
    <w:p/>
    <w:p>
      <w:pPr>
        <w:spacing w:after="0"/>
      </w:pPr>
      <w:r>
        <w:t>..............................        ..............................</w:t>
      </w:r>
    </w:p>
    <w:p>
      <w:pPr>
        <w:spacing w:after="0"/>
      </w:pPr>
      <w:r>
        <w:rPr>
          <w:sz w:val="18"/>
        </w:rPr>
        <w:t>data i podpis działkowca               adnotacja Zarządu ROD</w:t>
      </w:r>
    </w:p>
    <w:sectPr w:rsidR="00FC693F" w:rsidRPr="0006063C" w:rsidSect="00034616">
      <w:pgSz w:w="12240" w:h="15840"/>
      <w:pgMar w:top="102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