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t>Woźniki, dnia ...................... r.</w:t>
      </w:r>
    </w:p>
    <w:p>
      <w:pPr>
        <w:spacing w:after="0"/>
        <w:jc w:val="left"/>
      </w:pPr>
      <w:r>
        <w:t>......................................................</w:t>
      </w:r>
    </w:p>
    <w:p>
      <w:pPr>
        <w:spacing w:after="120"/>
        <w:jc w:val="left"/>
      </w:pPr>
      <w:r>
        <w:rPr>
          <w:sz w:val="16"/>
        </w:rPr>
        <w:t>imię i nazwisko działkowca</w:t>
      </w:r>
    </w:p>
    <w:p>
      <w:pPr>
        <w:spacing w:after="0"/>
        <w:jc w:val="left"/>
      </w:pPr>
      <w:r>
        <w:t>......................................................</w:t>
      </w:r>
    </w:p>
    <w:p>
      <w:pPr>
        <w:spacing w:after="120"/>
        <w:jc w:val="left"/>
      </w:pPr>
      <w:r>
        <w:rPr>
          <w:sz w:val="16"/>
        </w:rPr>
        <w:t>adres do korespondencji</w:t>
      </w:r>
    </w:p>
    <w:p>
      <w:pPr>
        <w:spacing w:after="0"/>
        <w:jc w:val="left"/>
      </w:pPr>
      <w:r>
        <w:t>......................................................</w:t>
      </w:r>
    </w:p>
    <w:p>
      <w:pPr>
        <w:spacing w:after="120"/>
        <w:jc w:val="left"/>
      </w:pPr>
      <w:r>
        <w:rPr>
          <w:sz w:val="16"/>
        </w:rPr>
        <w:t>telefon / e-mail</w:t>
      </w:r>
    </w:p>
    <w:p>
      <w:pPr>
        <w:spacing w:after="0"/>
        <w:jc w:val="left"/>
      </w:pPr>
      <w:r>
        <w:t>działka nr ............</w:t>
      </w:r>
    </w:p>
    <w:p/>
    <w:p>
      <w:pPr>
        <w:spacing w:after="0"/>
        <w:jc w:val="right"/>
      </w:pPr>
      <w:r>
        <w:rPr>
          <w:b/>
        </w:rPr>
        <w:t>ZARZĄD RODZINNEGO OGRODU DZIAŁKOWEGO</w:t>
      </w:r>
    </w:p>
    <w:p>
      <w:pPr>
        <w:spacing w:after="0"/>
        <w:jc w:val="right"/>
      </w:pPr>
      <w:r>
        <w:rPr>
          <w:b/>
        </w:rPr>
        <w:t>im. Józefa Lompy w Woźnikach</w:t>
      </w:r>
    </w:p>
    <w:p>
      <w:pPr>
        <w:spacing w:after="0"/>
        <w:jc w:val="right"/>
      </w:pPr>
      <w:r>
        <w:rPr>
          <w:b/>
        </w:rPr>
        <w:t>ul. Młyńska 40c, 42-289 Woźniki</w:t>
      </w:r>
    </w:p>
    <w:p/>
    <w:p>
      <w:pPr>
        <w:jc w:val="center"/>
      </w:pPr>
      <w:r>
        <w:rPr>
          <w:b/>
          <w:sz w:val="26"/>
        </w:rPr>
        <w:t>ZGŁOSZENIE ZAMIARU BUDOWY, NADBUDOWY LUB ROZBUDOWY ALTANY DZIAŁKOWEJ</w:t>
      </w:r>
    </w:p>
    <w:p>
      <w:r>
        <w:rPr>
          <w:i/>
          <w:sz w:val="18"/>
        </w:rPr>
        <w:t>Podstawa: § 45 ust. 1 Regulaminu Rodzinnego Ogrodu Działkowego (zawiadomienie zarządu ROD na piśmie z załączonym rysunkiem) oraz § 44 Regulaminu ROD i art. 2 pkt 9a ustawy z dnia 13 grudnia 2013 r. o rodzinnych ogrodach działkowych.</w:t>
      </w:r>
    </w:p>
    <w:p>
      <w:r>
        <w:t>Zawiadamiam Zarząd ROD o zamiarze (właściwe podkreślić): budowy / nadbudowy / rozbudowy altany działkowej na działce nr ……… .</w:t>
      </w:r>
    </w:p>
    <w:p>
      <w:r>
        <w:t>Altana będzie: drewniana / murowana / inna ……………………, parterowa / z poddaszem użytkowym.</w:t>
      </w:r>
    </w:p>
    <w:p>
      <w:r>
        <w:t>Powierzchnia zabudowy (po obrysie ścian zewnętrznych): ……… m² (dopuszczalne do 35 m²); wysokość: ……… m (do 5 m przy dachu stromym, do 4 m przy dachu płaskim); taras/weranda/ganek: ……… m² (łącznie do 12 m²).</w:t>
      </w:r>
    </w:p>
    <w:p>
      <w:r>
        <w:t>Odległość od granic działki: ……… m (co najmniej 3 m). Planowany termin rozpoczęcia prac: …………………… .</w:t>
      </w:r>
    </w:p>
    <w:p>
      <w:r>
        <w:rPr>
          <w:b/>
        </w:rPr>
        <w:t>Oświadczam, że:</w:t>
      </w:r>
    </w:p>
    <w:p>
      <w:pPr>
        <w:pStyle w:val="ListNumber"/>
      </w:pPr>
      <w:r>
        <w:t>zapoznałem(-am) się z § 44–46 Regulaminu ROD i art. 2 pkt 9a ustawy o ROD dotyczącymi altan działkowych;</w:t>
      </w:r>
    </w:p>
    <w:p>
      <w:pPr>
        <w:pStyle w:val="ListNumber"/>
      </w:pPr>
      <w:r>
        <w:t>altana będzie zgodna z podanymi wyżej wymiarami i nie będzie służyć do zamieszkiwania (§ 7 Regulaminu ROD);</w:t>
      </w:r>
    </w:p>
    <w:p>
      <w:pPr>
        <w:pStyle w:val="ListNumber"/>
      </w:pPr>
      <w:r>
        <w:t>poinformuję Zarząd ROD o zakończeniu prac i umożliwię sprawdzenie zgodności ze zgłoszeniem.</w:t>
      </w:r>
    </w:p>
    <w:p>
      <w:r>
        <w:t>Załącznik (wymagany, § 45 ust. 1): rysunek uwzględniający powierzchnię zabudowy, wysokość i usytuowanie altany na działce.</w:t>
      </w:r>
    </w:p>
    <w:p/>
    <w:p/>
    <w:p>
      <w:pPr>
        <w:spacing w:after="0"/>
      </w:pPr>
      <w:r>
        <w:t>..............................        ..............................</w:t>
      </w:r>
    </w:p>
    <w:p>
      <w:pPr>
        <w:spacing w:after="0"/>
      </w:pPr>
      <w:r>
        <w:rPr>
          <w:sz w:val="18"/>
        </w:rPr>
        <w:t>data i podpis działkowca               adnotacja Zarządu ROD</w:t>
      </w:r>
    </w:p>
    <w:sectPr w:rsidR="00FC693F" w:rsidRPr="0006063C" w:rsidSect="00034616">
      <w:pgSz w:w="12240" w:h="15840"/>
      <w:pgMar w:top="102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